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5B91"/>
          <w:sz w:val="50"/>
        </w:rPr>
        <w:t>DNI WOLNE W PRZEDSZKOLU</w:t>
      </w:r>
    </w:p>
    <w:p>
      <w:pPr>
        <w:jc w:val="center"/>
      </w:pPr>
      <w:r>
        <w:rPr>
          <w:b/>
          <w:color w:val="373782"/>
          <w:sz w:val="44"/>
        </w:rPr>
        <w:t>ROK SZKOLNY 2026/2027</w:t>
      </w:r>
    </w:p>
    <w:p>
      <w:pPr>
        <w:jc w:val="center"/>
      </w:pPr>
      <w:r>
        <w:rPr>
          <w:b/>
          <w:color w:val="1F5B91"/>
          <w:sz w:val="34"/>
        </w:rPr>
        <w:t>Kochane Dzieci i Drodzy Rodzice! 💙</w:t>
      </w:r>
    </w:p>
    <w:p>
      <w:pPr>
        <w:jc w:val="center"/>
      </w:pPr>
      <w:r>
        <w:rPr>
          <w:sz w:val="26"/>
        </w:rPr>
        <w:t>Zapraszamy do zapoznania się z dniami, w których nasze</w:t>
        <w:br/>
        <w:t>przedszkole będzie nieczynne.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402"/>
            <w:vAlign w:val="center"/>
            <w:shd w:fill="1769AA"/>
          </w:tcPr>
          <w:p>
            <w:pPr>
              <w:jc w:val="center"/>
            </w:pPr>
            <w:r/>
            <w:r>
              <w:rPr>
                <w:b/>
                <w:color w:val="FFFFFF"/>
                <w:sz w:val="28"/>
              </w:rPr>
              <w:t>📅 DATA</w:t>
            </w:r>
          </w:p>
        </w:tc>
        <w:tc>
          <w:tcPr>
            <w:tcW w:type="dxa" w:w="3402"/>
            <w:vAlign w:val="center"/>
            <w:shd w:fill="1769AA"/>
          </w:tcPr>
          <w:p>
            <w:pPr>
              <w:jc w:val="center"/>
            </w:pPr>
            <w:r/>
            <w:r>
              <w:rPr>
                <w:b/>
                <w:color w:val="FFFFFF"/>
                <w:sz w:val="28"/>
              </w:rPr>
              <w:t>DZIEŃ</w:t>
            </w:r>
          </w:p>
        </w:tc>
        <w:tc>
          <w:tcPr>
            <w:tcW w:type="dxa" w:w="2835"/>
            <w:vAlign w:val="center"/>
            <w:shd w:fill="1769AA"/>
          </w:tcPr>
          <w:p>
            <w:pPr>
              <w:jc w:val="center"/>
            </w:pPr>
            <w:r/>
            <w:r>
              <w:rPr>
                <w:b/>
                <w:color w:val="FFFFFF"/>
                <w:sz w:val="28"/>
              </w:rPr>
            </w:r>
          </w:p>
        </w:tc>
      </w:tr>
      <w:tr>
        <w:tc>
          <w:tcPr>
            <w:tcW w:type="dxa" w:w="3402"/>
            <w:vAlign w:val="center"/>
            <w:shd w:fill="FFF2CC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12.11.2026 r.</w:t>
            </w:r>
          </w:p>
        </w:tc>
        <w:tc>
          <w:tcPr>
            <w:tcW w:type="dxa" w:w="3402"/>
            <w:vAlign w:val="center"/>
            <w:shd w:fill="FFF2CC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czwartek</w:t>
            </w:r>
          </w:p>
        </w:tc>
        <w:tc>
          <w:tcPr>
            <w:tcW w:type="dxa" w:w="2835"/>
            <w:vAlign w:val="center"/>
            <w:shd w:fill="FFF2CC"/>
          </w:tcPr>
          <w:p>
            <w:pPr>
              <w:jc w:val="center"/>
            </w:pPr>
            <w:r/>
            <w:r>
              <w:rPr>
                <w:b/>
                <w:sz w:val="24"/>
              </w:rPr>
              <w:t>DZIEŃ WOLNY</w:t>
            </w:r>
          </w:p>
        </w:tc>
      </w:tr>
      <w:tr>
        <w:tc>
          <w:tcPr>
            <w:tcW w:type="dxa" w:w="3402"/>
            <w:vAlign w:val="center"/>
            <w:shd w:fill="E2F0D9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13.11.2026 r.</w:t>
            </w:r>
          </w:p>
        </w:tc>
        <w:tc>
          <w:tcPr>
            <w:tcW w:type="dxa" w:w="3402"/>
            <w:vAlign w:val="center"/>
            <w:shd w:fill="E2F0D9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piątek</w:t>
            </w:r>
          </w:p>
        </w:tc>
        <w:tc>
          <w:tcPr>
            <w:tcW w:type="dxa" w:w="2835"/>
            <w:vAlign w:val="center"/>
            <w:shd w:fill="E2F0D9"/>
          </w:tcPr>
          <w:p>
            <w:pPr>
              <w:jc w:val="center"/>
            </w:pPr>
            <w:r/>
            <w:r>
              <w:rPr>
                <w:b/>
                <w:sz w:val="24"/>
              </w:rPr>
              <w:t>DZIEŃ WOLNY</w:t>
            </w:r>
          </w:p>
        </w:tc>
      </w:tr>
      <w:tr>
        <w:tc>
          <w:tcPr>
            <w:tcW w:type="dxa" w:w="3402"/>
            <w:vAlign w:val="center"/>
            <w:shd w:fill="F4CCCC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28.12.2026 r.</w:t>
            </w:r>
          </w:p>
        </w:tc>
        <w:tc>
          <w:tcPr>
            <w:tcW w:type="dxa" w:w="3402"/>
            <w:vAlign w:val="center"/>
            <w:shd w:fill="F4CCCC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poniedziałek</w:t>
            </w:r>
          </w:p>
        </w:tc>
        <w:tc>
          <w:tcPr>
            <w:tcW w:type="dxa" w:w="2835"/>
            <w:vAlign w:val="center"/>
            <w:shd w:fill="F4CCCC"/>
          </w:tcPr>
          <w:p>
            <w:pPr>
              <w:jc w:val="center"/>
            </w:pPr>
            <w:r/>
            <w:r>
              <w:rPr>
                <w:b/>
                <w:sz w:val="24"/>
              </w:rPr>
              <w:t>DZIEŃ WOLNY</w:t>
            </w:r>
          </w:p>
        </w:tc>
      </w:tr>
      <w:tr>
        <w:tc>
          <w:tcPr>
            <w:tcW w:type="dxa" w:w="3402"/>
            <w:vAlign w:val="center"/>
            <w:shd w:fill="FCE4D6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04.01.2027 r.</w:t>
            </w:r>
          </w:p>
        </w:tc>
        <w:tc>
          <w:tcPr>
            <w:tcW w:type="dxa" w:w="3402"/>
            <w:vAlign w:val="center"/>
            <w:shd w:fill="FCE4D6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poniedziałek</w:t>
            </w:r>
          </w:p>
        </w:tc>
        <w:tc>
          <w:tcPr>
            <w:tcW w:type="dxa" w:w="2835"/>
            <w:vAlign w:val="center"/>
            <w:shd w:fill="FCE4D6"/>
          </w:tcPr>
          <w:p>
            <w:pPr>
              <w:jc w:val="center"/>
            </w:pPr>
            <w:r/>
            <w:r>
              <w:rPr>
                <w:b/>
                <w:sz w:val="24"/>
              </w:rPr>
              <w:t>DZIEŃ WOLNY</w:t>
            </w:r>
          </w:p>
        </w:tc>
      </w:tr>
      <w:tr>
        <w:tc>
          <w:tcPr>
            <w:tcW w:type="dxa" w:w="3402"/>
            <w:vAlign w:val="center"/>
            <w:shd w:fill="FFF2CC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05.01.2027 r.</w:t>
            </w:r>
          </w:p>
        </w:tc>
        <w:tc>
          <w:tcPr>
            <w:tcW w:type="dxa" w:w="3402"/>
            <w:vAlign w:val="center"/>
            <w:shd w:fill="FFF2CC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wtorek</w:t>
            </w:r>
          </w:p>
        </w:tc>
        <w:tc>
          <w:tcPr>
            <w:tcW w:type="dxa" w:w="2835"/>
            <w:vAlign w:val="center"/>
            <w:shd w:fill="FFF2CC"/>
          </w:tcPr>
          <w:p>
            <w:pPr>
              <w:jc w:val="center"/>
            </w:pPr>
            <w:r/>
            <w:r>
              <w:rPr>
                <w:b/>
                <w:sz w:val="24"/>
              </w:rPr>
              <w:t>DZIEŃ WOLNY</w:t>
            </w:r>
          </w:p>
        </w:tc>
      </w:tr>
      <w:tr>
        <w:tc>
          <w:tcPr>
            <w:tcW w:type="dxa" w:w="3402"/>
            <w:vAlign w:val="center"/>
            <w:shd w:fill="E2F0D9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28.05.2027 r.</w:t>
            </w:r>
          </w:p>
        </w:tc>
        <w:tc>
          <w:tcPr>
            <w:tcW w:type="dxa" w:w="3402"/>
            <w:vAlign w:val="center"/>
            <w:shd w:fill="E2F0D9"/>
          </w:tcPr>
          <w:p>
            <w:pPr>
              <w:jc w:val="center"/>
            </w:pPr>
            <w:r/>
            <w:r>
              <w:rPr>
                <w:b w:val="0"/>
                <w:sz w:val="24"/>
              </w:rPr>
              <w:t>piątek</w:t>
            </w:r>
          </w:p>
        </w:tc>
        <w:tc>
          <w:tcPr>
            <w:tcW w:type="dxa" w:w="2835"/>
            <w:vAlign w:val="center"/>
            <w:shd w:fill="E2F0D9"/>
          </w:tcPr>
          <w:p>
            <w:pPr>
              <w:jc w:val="center"/>
            </w:pPr>
            <w:r/>
            <w:r>
              <w:rPr>
                <w:b/>
                <w:sz w:val="24"/>
              </w:rPr>
              <w:t>DZIEŃ WOLNY</w:t>
            </w:r>
          </w:p>
        </w:tc>
      </w:tr>
    </w:tbl>
    <w:p/>
    <w:p>
      <w:pPr>
        <w:jc w:val="center"/>
      </w:pPr>
      <w:r>
        <w:rPr>
          <w:b/>
          <w:color w:val="373782"/>
          <w:sz w:val="36"/>
        </w:rPr>
        <w:t>☀️ PRZERWA WAKACYJNA ☀️</w:t>
      </w:r>
    </w:p>
    <w:p>
      <w:pPr>
        <w:jc w:val="center"/>
      </w:pPr>
      <w:r>
        <w:rPr>
          <w:b/>
          <w:color w:val="BE2D37"/>
          <w:sz w:val="34"/>
        </w:rPr>
        <w:t>12.07.2027 – 30.07.2027</w:t>
      </w:r>
    </w:p>
    <w:p>
      <w:pPr>
        <w:jc w:val="center"/>
      </w:pPr>
      <w:r>
        <w:rPr>
          <w:sz w:val="26"/>
        </w:rPr>
        <w:t>W tym czasie odpoczywamy, bawimy się i nabieramy sił na kolejne</w:t>
        <w:br/>
        <w:t>przedszkolne przygody! 🏖️</w:t>
      </w:r>
    </w:p>
    <w:p>
      <w:pPr>
        <w:jc w:val="center"/>
      </w:pPr>
      <w:r>
        <w:rPr>
          <w:b/>
          <w:color w:val="1F5B91"/>
          <w:sz w:val="32"/>
        </w:rPr>
        <w:t>💛 Życzymy wszystkim dużo radości, odpoczynku i</w:t>
        <w:br/>
        <w:t>pięknych chwil! 💛</w:t>
      </w:r>
    </w:p>
    <w:sectPr w:rsidR="00FC693F" w:rsidRPr="0006063C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